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63D7" w:rsidRPr="00EA63D7" w:rsidRDefault="00EA63D7" w:rsidP="00DF4865">
      <w:pPr>
        <w:pStyle w:val="Balk1"/>
        <w:spacing w:before="0" w:line="360" w:lineRule="auto"/>
        <w:jc w:val="center"/>
        <w:rPr>
          <w:rFonts w:ascii="Times New Roman" w:hAnsi="Times New Roman"/>
          <w:color w:val="000000"/>
        </w:rPr>
      </w:pPr>
      <w:bookmarkStart w:id="0" w:name="_GoBack"/>
      <w:bookmarkEnd w:id="0"/>
    </w:p>
    <w:p w:rsidR="00DF4865" w:rsidRPr="00EA63D7" w:rsidRDefault="00DF4865" w:rsidP="00DF4865">
      <w:pPr>
        <w:pStyle w:val="Balk1"/>
        <w:spacing w:before="0" w:line="360" w:lineRule="auto"/>
        <w:jc w:val="center"/>
        <w:rPr>
          <w:rFonts w:ascii="Times New Roman" w:hAnsi="Times New Roman"/>
          <w:color w:val="000000"/>
        </w:rPr>
      </w:pPr>
      <w:r w:rsidRPr="00EA63D7">
        <w:rPr>
          <w:rFonts w:ascii="Times New Roman" w:hAnsi="Times New Roman"/>
          <w:color w:val="000000"/>
        </w:rPr>
        <w:t>MUĞLA SITKI KOÇMAN ÜNİVERSİTESİ</w:t>
      </w:r>
    </w:p>
    <w:p w:rsidR="00DF4865" w:rsidRPr="00EA63D7" w:rsidRDefault="00DF4865" w:rsidP="00DF4865">
      <w:pPr>
        <w:pStyle w:val="Balk2"/>
        <w:spacing w:before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A63D7">
        <w:rPr>
          <w:rFonts w:ascii="Times New Roman" w:hAnsi="Times New Roman"/>
          <w:color w:val="000000"/>
          <w:sz w:val="28"/>
          <w:szCs w:val="28"/>
        </w:rPr>
        <w:t xml:space="preserve">COP31 </w:t>
      </w:r>
      <w:proofErr w:type="spellStart"/>
      <w:r w:rsidRPr="00EA63D7">
        <w:rPr>
          <w:rFonts w:ascii="Times New Roman" w:hAnsi="Times New Roman"/>
          <w:color w:val="000000"/>
          <w:sz w:val="28"/>
          <w:szCs w:val="28"/>
        </w:rPr>
        <w:t>Kurumsal</w:t>
      </w:r>
      <w:proofErr w:type="spellEnd"/>
      <w:r w:rsidRPr="00EA63D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A63D7">
        <w:rPr>
          <w:rFonts w:ascii="Times New Roman" w:hAnsi="Times New Roman"/>
          <w:color w:val="000000"/>
          <w:sz w:val="28"/>
          <w:szCs w:val="28"/>
        </w:rPr>
        <w:t>Katkı</w:t>
      </w:r>
      <w:proofErr w:type="spellEnd"/>
      <w:r w:rsidRPr="00EA63D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A63D7">
        <w:rPr>
          <w:rFonts w:ascii="Times New Roman" w:hAnsi="Times New Roman"/>
          <w:color w:val="000000"/>
          <w:sz w:val="28"/>
          <w:szCs w:val="28"/>
        </w:rPr>
        <w:t>Ön</w:t>
      </w:r>
      <w:proofErr w:type="spellEnd"/>
      <w:r w:rsidRPr="00EA63D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A63D7">
        <w:rPr>
          <w:rFonts w:ascii="Times New Roman" w:hAnsi="Times New Roman"/>
          <w:color w:val="000000"/>
          <w:sz w:val="28"/>
          <w:szCs w:val="28"/>
        </w:rPr>
        <w:t>Bildirim</w:t>
      </w:r>
      <w:proofErr w:type="spellEnd"/>
      <w:r w:rsidRPr="00EA63D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A63D7">
        <w:rPr>
          <w:rFonts w:ascii="Times New Roman" w:hAnsi="Times New Roman"/>
          <w:color w:val="000000"/>
          <w:sz w:val="28"/>
          <w:szCs w:val="28"/>
        </w:rPr>
        <w:t>Formu</w:t>
      </w:r>
      <w:proofErr w:type="spellEnd"/>
    </w:p>
    <w:p w:rsidR="00F116CF" w:rsidRPr="00EA63D7" w:rsidRDefault="00F116CF" w:rsidP="00F116CF">
      <w:pPr>
        <w:rPr>
          <w:rFonts w:ascii="Times New Roman" w:hAnsi="Times New Roman"/>
        </w:rPr>
      </w:pP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 xml:space="preserve">Bu form, </w:t>
      </w:r>
      <w:proofErr w:type="spellStart"/>
      <w:r w:rsidRPr="00EA63D7">
        <w:rPr>
          <w:rFonts w:ascii="Times New Roman" w:hAnsi="Times New Roman"/>
          <w:sz w:val="24"/>
          <w:szCs w:val="24"/>
        </w:rPr>
        <w:t>MSKÜ'nün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COP31 </w:t>
      </w:r>
      <w:proofErr w:type="spellStart"/>
      <w:r w:rsidRPr="00EA63D7">
        <w:rPr>
          <w:rFonts w:ascii="Times New Roman" w:hAnsi="Times New Roman"/>
          <w:sz w:val="24"/>
          <w:szCs w:val="24"/>
        </w:rPr>
        <w:t>kurumsal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başvurusunda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değerlendirilecek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proje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sz w:val="24"/>
          <w:szCs w:val="24"/>
        </w:rPr>
        <w:t>etkinlik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ve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katkı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önerilerinin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ön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değerlendirmesi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amacıyla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hazırlanmıştır</w:t>
      </w:r>
      <w:proofErr w:type="spellEnd"/>
      <w:r w:rsidRPr="00EA63D7">
        <w:rPr>
          <w:rFonts w:ascii="Times New Roman" w:hAnsi="Times New Roman"/>
          <w:sz w:val="24"/>
          <w:szCs w:val="24"/>
        </w:rPr>
        <w:t>.</w:t>
      </w:r>
    </w:p>
    <w:p w:rsidR="00883CAB" w:rsidRPr="00EA63D7" w:rsidRDefault="000B1A1F">
      <w:pPr>
        <w:pStyle w:val="Balk2"/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 xml:space="preserve">1.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Çalışmanın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/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Etkinliğin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Türkçe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Adı</w:t>
      </w:r>
      <w:proofErr w:type="spellEnd"/>
    </w:p>
    <w:p w:rsidR="00883CAB" w:rsidRPr="00EA63D7" w:rsidRDefault="000B1A1F">
      <w:pPr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pStyle w:val="Balk2"/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>2. English Title</w:t>
      </w:r>
    </w:p>
    <w:p w:rsidR="00883CAB" w:rsidRPr="00EA63D7" w:rsidRDefault="000B1A1F">
      <w:pPr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pStyle w:val="Balk2"/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 xml:space="preserve">3.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Sorumlu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Kişi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(Ad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Soyad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–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Unvan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>)</w:t>
      </w:r>
    </w:p>
    <w:p w:rsidR="00883CAB" w:rsidRPr="00EA63D7" w:rsidRDefault="000B1A1F">
      <w:pPr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pStyle w:val="Balk2"/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 xml:space="preserve">4.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Fakülte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/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Bölüm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/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Birim</w:t>
      </w:r>
      <w:proofErr w:type="spellEnd"/>
    </w:p>
    <w:p w:rsidR="00883CAB" w:rsidRPr="00EA63D7" w:rsidRDefault="000B1A1F">
      <w:pPr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pStyle w:val="Balk2"/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>5. E-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posta</w:t>
      </w:r>
      <w:proofErr w:type="spellEnd"/>
    </w:p>
    <w:p w:rsidR="00883CAB" w:rsidRPr="00EA63D7" w:rsidRDefault="000B1A1F">
      <w:pPr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pStyle w:val="Balk2"/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 xml:space="preserve">6.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Katkı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Türü</w:t>
      </w:r>
      <w:proofErr w:type="spellEnd"/>
      <w:r w:rsidR="00F116CF" w:rsidRPr="00EA63D7">
        <w:rPr>
          <w:rFonts w:ascii="Times New Roman" w:hAnsi="Times New Roman"/>
          <w:color w:val="00B050"/>
          <w:sz w:val="24"/>
          <w:szCs w:val="24"/>
        </w:rPr>
        <w:t xml:space="preserve"> (Tek </w:t>
      </w:r>
      <w:proofErr w:type="spellStart"/>
      <w:r w:rsidR="00F116CF" w:rsidRPr="00EA63D7">
        <w:rPr>
          <w:rFonts w:ascii="Times New Roman" w:hAnsi="Times New Roman"/>
          <w:color w:val="00B050"/>
          <w:sz w:val="24"/>
          <w:szCs w:val="24"/>
        </w:rPr>
        <w:t>madde</w:t>
      </w:r>
      <w:proofErr w:type="spellEnd"/>
      <w:r w:rsidR="00F116CF"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="00F116CF" w:rsidRPr="00EA63D7">
        <w:rPr>
          <w:rFonts w:ascii="Times New Roman" w:hAnsi="Times New Roman"/>
          <w:color w:val="00B050"/>
          <w:sz w:val="24"/>
          <w:szCs w:val="24"/>
        </w:rPr>
        <w:t>seçilmelidir</w:t>
      </w:r>
      <w:proofErr w:type="spellEnd"/>
      <w:r w:rsidR="00F116CF" w:rsidRPr="00EA63D7">
        <w:rPr>
          <w:rFonts w:ascii="Times New Roman" w:hAnsi="Times New Roman"/>
          <w:color w:val="00B050"/>
          <w:sz w:val="24"/>
          <w:szCs w:val="24"/>
        </w:rPr>
        <w:t>)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Mevcut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araştırma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EA63D7">
        <w:rPr>
          <w:rFonts w:ascii="Times New Roman" w:hAnsi="Times New Roman"/>
          <w:sz w:val="24"/>
          <w:szCs w:val="24"/>
        </w:rPr>
        <w:t>proje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Teknoloji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EA63D7">
        <w:rPr>
          <w:rFonts w:ascii="Times New Roman" w:hAnsi="Times New Roman"/>
          <w:sz w:val="24"/>
          <w:szCs w:val="24"/>
        </w:rPr>
        <w:t>prototip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EA63D7">
        <w:rPr>
          <w:rFonts w:ascii="Times New Roman" w:hAnsi="Times New Roman"/>
          <w:sz w:val="24"/>
          <w:szCs w:val="24"/>
        </w:rPr>
        <w:t>yazılım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Üniversite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–Sanayi </w:t>
      </w:r>
      <w:proofErr w:type="spellStart"/>
      <w:r w:rsidRPr="00EA63D7">
        <w:rPr>
          <w:rFonts w:ascii="Times New Roman" w:hAnsi="Times New Roman"/>
          <w:sz w:val="24"/>
          <w:szCs w:val="24"/>
        </w:rPr>
        <w:t>İş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Birliği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Uluslararası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İş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Birliği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COP31 Yan </w:t>
      </w:r>
      <w:proofErr w:type="spellStart"/>
      <w:r w:rsidRPr="00EA63D7">
        <w:rPr>
          <w:rFonts w:ascii="Times New Roman" w:hAnsi="Times New Roman"/>
          <w:sz w:val="24"/>
          <w:szCs w:val="24"/>
        </w:rPr>
        <w:t>Etkinliği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COP31 </w:t>
      </w:r>
      <w:proofErr w:type="spellStart"/>
      <w:r w:rsidRPr="00EA63D7">
        <w:rPr>
          <w:rFonts w:ascii="Times New Roman" w:hAnsi="Times New Roman"/>
          <w:sz w:val="24"/>
          <w:szCs w:val="24"/>
        </w:rPr>
        <w:t>Öncesi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Üniversite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Etkinliği</w:t>
      </w:r>
      <w:proofErr w:type="spellEnd"/>
    </w:p>
    <w:p w:rsidR="00757083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Diğer</w:t>
      </w:r>
      <w:proofErr w:type="spellEnd"/>
      <w:r w:rsidRPr="00EA63D7">
        <w:rPr>
          <w:rFonts w:ascii="Times New Roman" w:hAnsi="Times New Roman"/>
          <w:sz w:val="24"/>
          <w:szCs w:val="24"/>
        </w:rPr>
        <w:t>: __________</w:t>
      </w:r>
    </w:p>
    <w:p w:rsidR="00883CAB" w:rsidRPr="00EA63D7" w:rsidRDefault="00757083" w:rsidP="00757083">
      <w:pPr>
        <w:tabs>
          <w:tab w:val="left" w:pos="5616"/>
        </w:tabs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ab/>
      </w:r>
    </w:p>
    <w:p w:rsidR="00757083" w:rsidRPr="00EA63D7" w:rsidRDefault="00757083">
      <w:pPr>
        <w:pStyle w:val="Balk2"/>
        <w:rPr>
          <w:rFonts w:ascii="Times New Roman" w:hAnsi="Times New Roman"/>
          <w:sz w:val="24"/>
          <w:szCs w:val="24"/>
        </w:rPr>
      </w:pPr>
    </w:p>
    <w:p w:rsidR="00883CAB" w:rsidRPr="00EA63D7" w:rsidRDefault="000B1A1F">
      <w:pPr>
        <w:pStyle w:val="Balk2"/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 xml:space="preserve">7. COP31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Teması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(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En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fazla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iki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tema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>)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Sıfır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Atık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Okyanuslar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ve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Denizler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Gıda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Güvenliği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İklim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Dirençli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Şehirler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İklim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Uygulama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Köprüsü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(CIB)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Gençlik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ve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Eğitim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Yeşil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Sanayileşme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Temiz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Enerji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Dönüşümü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Rio </w:t>
      </w:r>
      <w:proofErr w:type="spellStart"/>
      <w:r w:rsidRPr="00EA63D7">
        <w:rPr>
          <w:rFonts w:ascii="Times New Roman" w:hAnsi="Times New Roman"/>
          <w:sz w:val="24"/>
          <w:szCs w:val="24"/>
        </w:rPr>
        <w:t>Sinerjisi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Dinamik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ve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Dayanıklı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Sağlık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Sistemleri</w:t>
      </w:r>
      <w:proofErr w:type="spellEnd"/>
    </w:p>
    <w:p w:rsidR="00883CAB" w:rsidRPr="00EA63D7" w:rsidRDefault="000B1A1F">
      <w:pPr>
        <w:pStyle w:val="Balk2"/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 xml:space="preserve">8.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Çalışmanın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COP31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Temalarına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ve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İklim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Gündemine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Katkısı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(≤100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kelime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>)</w:t>
      </w:r>
    </w:p>
    <w:p w:rsidR="00F116CF" w:rsidRPr="00EA63D7" w:rsidRDefault="00F116CF" w:rsidP="00F116CF">
      <w:pPr>
        <w:rPr>
          <w:rFonts w:ascii="Times New Roman" w:hAnsi="Times New Roman"/>
          <w:sz w:val="24"/>
          <w:szCs w:val="24"/>
        </w:rPr>
      </w:pP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Çalışmanızın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seçtiğiniz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 COP31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temalarına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ve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iklim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değişikliği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gündemine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nasıl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katkı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sağlayacağını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;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bilimsel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,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teknolojik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,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toplumsal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veya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politika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geliştirme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açısından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beklenen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etkisini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kısaca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Style w:val="Vurgu"/>
          <w:rFonts w:ascii="Times New Roman" w:hAnsi="Times New Roman"/>
          <w:sz w:val="24"/>
          <w:szCs w:val="24"/>
        </w:rPr>
        <w:t>açıklayınız</w:t>
      </w:r>
      <w:proofErr w:type="spellEnd"/>
      <w:r w:rsidRPr="00EA63D7">
        <w:rPr>
          <w:rStyle w:val="Vurgu"/>
          <w:rFonts w:ascii="Times New Roman" w:hAnsi="Times New Roman"/>
          <w:sz w:val="24"/>
          <w:szCs w:val="24"/>
        </w:rPr>
        <w:t>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pStyle w:val="Balk2"/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 xml:space="preserve">9.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Sorun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ve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Amaç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(≤100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kelime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>)</w:t>
      </w:r>
    </w:p>
    <w:p w:rsidR="00F116CF" w:rsidRPr="00EA63D7" w:rsidRDefault="00F116CF" w:rsidP="00F116CF">
      <w:pPr>
        <w:rPr>
          <w:rFonts w:ascii="Times New Roman" w:hAnsi="Times New Roman"/>
          <w:i/>
          <w:sz w:val="24"/>
          <w:szCs w:val="24"/>
        </w:rPr>
      </w:pPr>
      <w:proofErr w:type="spellStart"/>
      <w:r w:rsidRPr="00EA63D7">
        <w:rPr>
          <w:rFonts w:ascii="Times New Roman" w:hAnsi="Times New Roman"/>
          <w:i/>
          <w:sz w:val="24"/>
          <w:szCs w:val="24"/>
        </w:rPr>
        <w:t>Çalışmanızın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çözmeyi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hedeflediği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temel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sorunu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ve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bu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soruna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yönelik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amacını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kısaca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açıklayınız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İlgili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iklim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sorunu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hedef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kitle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veya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çalışma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alanı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ile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beklenen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temel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hedef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belirtilmelidir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>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lastRenderedPageBreak/>
        <w:t>..............................................................................................................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pStyle w:val="Balk2"/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 xml:space="preserve">10.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Mevcut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Durum (≤75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kelime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>)</w:t>
      </w:r>
    </w:p>
    <w:p w:rsidR="00F116CF" w:rsidRPr="00EA63D7" w:rsidRDefault="00F116CF" w:rsidP="00F116CF">
      <w:pPr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EA63D7">
        <w:rPr>
          <w:rFonts w:ascii="Times New Roman" w:hAnsi="Times New Roman"/>
          <w:i/>
          <w:sz w:val="24"/>
          <w:szCs w:val="24"/>
        </w:rPr>
        <w:t>Çalışmanın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mevcut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aşamasını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kısaca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belirtiniz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(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örn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fikir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aşamasında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planlama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aşamasında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devam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eden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araştırma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tamamlanmış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çalışma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uygulama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aşamasında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veya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COP31'de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sunuma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hazır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>).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pStyle w:val="Balk2"/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 xml:space="preserve">11. COP31'e Kadar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Sunulabilecek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Somut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Çıktı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(≤100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kelime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>)</w:t>
      </w:r>
    </w:p>
    <w:p w:rsidR="00F116CF" w:rsidRPr="00EA63D7" w:rsidRDefault="00F116CF" w:rsidP="00F116CF">
      <w:pPr>
        <w:jc w:val="both"/>
        <w:rPr>
          <w:rFonts w:ascii="Times New Roman" w:hAnsi="Times New Roman"/>
          <w:i/>
          <w:sz w:val="24"/>
          <w:szCs w:val="24"/>
        </w:rPr>
      </w:pPr>
      <w:r w:rsidRPr="00EA63D7">
        <w:rPr>
          <w:rFonts w:ascii="Times New Roman" w:hAnsi="Times New Roman"/>
          <w:i/>
          <w:sz w:val="24"/>
          <w:szCs w:val="24"/>
        </w:rPr>
        <w:t xml:space="preserve">COP31'e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kadar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hazırlanması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veya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sunulması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planlanan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somut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çıktıyı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belirtiniz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Örneğin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;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araştırma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sonucu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prototip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yazılım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veri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tabanı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politika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raporu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teknik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rapor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eğitim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materyali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sergi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panel,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çalıştay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demonstrasyon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veya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uluslararası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iş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birliği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önerisi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>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pStyle w:val="Balk2"/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 xml:space="preserve">12.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Kurum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Dışı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Ortaklar</w:t>
      </w:r>
      <w:proofErr w:type="spellEnd"/>
    </w:p>
    <w:p w:rsidR="00F116CF" w:rsidRPr="00EA63D7" w:rsidRDefault="00F116CF" w:rsidP="00F116CF">
      <w:pPr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EA63D7">
        <w:rPr>
          <w:rFonts w:ascii="Times New Roman" w:hAnsi="Times New Roman"/>
          <w:i/>
          <w:sz w:val="24"/>
          <w:szCs w:val="24"/>
        </w:rPr>
        <w:t>Çalışmaya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katkı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sağlayan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veya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katkı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sağlaması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planlanan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kurum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dışı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ortakları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(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üniversite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kamu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kurumu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yerel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yönetim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özel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sektör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STK,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uluslararası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kuruluş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vb.)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varsa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belirtiniz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>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pStyle w:val="Balk2"/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lastRenderedPageBreak/>
        <w:t xml:space="preserve">13. COP31'de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Görev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Alması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Önerilen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Akademisyen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>(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ler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>)</w:t>
      </w:r>
    </w:p>
    <w:p w:rsidR="00F116CF" w:rsidRPr="00EA63D7" w:rsidRDefault="00F116CF" w:rsidP="00F116CF">
      <w:pPr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EA63D7">
        <w:rPr>
          <w:rFonts w:ascii="Times New Roman" w:hAnsi="Times New Roman"/>
          <w:i/>
          <w:sz w:val="24"/>
          <w:szCs w:val="24"/>
        </w:rPr>
        <w:t>Çalışmanın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COP31'de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sunumu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veya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temsili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açısından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katılması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önerilen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akademisyen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ler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>)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belirtiniz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Katılımcı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bildirimi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ön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değerlendirme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amacıyla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alınmakta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olup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katılım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veya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akreditasyon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garantisi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sağlamamaktadır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>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pStyle w:val="Balk2"/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 xml:space="preserve">14. COP31'de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Görev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Alması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Önerilen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Öğrenci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>(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ler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>)</w:t>
      </w:r>
    </w:p>
    <w:p w:rsidR="00DF4865" w:rsidRPr="00EA63D7" w:rsidRDefault="00DF4865" w:rsidP="00DF4865">
      <w:pPr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EA63D7">
        <w:rPr>
          <w:rFonts w:ascii="Times New Roman" w:hAnsi="Times New Roman"/>
          <w:i/>
          <w:sz w:val="24"/>
          <w:szCs w:val="24"/>
        </w:rPr>
        <w:t>Çalışmanın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yürütülmesine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katkı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sağlayan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veya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COP31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kapsamında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görev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alması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önerilen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öğrencileri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(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varsa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)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belirtiniz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Öğrenci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isimlerinin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bu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aşamada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bildirilmesi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zorunlu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değildir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>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p w:rsidR="00883CAB" w:rsidRPr="00EA63D7" w:rsidRDefault="000B1A1F">
      <w:pPr>
        <w:pStyle w:val="Balk2"/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 xml:space="preserve">15.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İngilizce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Sunum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Yapılabilir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mi?</w:t>
      </w:r>
    </w:p>
    <w:p w:rsidR="00DF4865" w:rsidRPr="00EA63D7" w:rsidRDefault="00DF4865" w:rsidP="00DF4865">
      <w:pPr>
        <w:rPr>
          <w:rFonts w:ascii="Times New Roman" w:hAnsi="Times New Roman"/>
          <w:i/>
          <w:sz w:val="24"/>
          <w:szCs w:val="24"/>
        </w:rPr>
      </w:pPr>
      <w:r w:rsidRPr="00EA63D7">
        <w:rPr>
          <w:rFonts w:ascii="Times New Roman" w:hAnsi="Times New Roman"/>
          <w:i/>
          <w:sz w:val="24"/>
          <w:szCs w:val="24"/>
        </w:rPr>
        <w:t xml:space="preserve">COP31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kapsamındaki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uluslararası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etkinliklerde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sunum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dili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ağırlıklı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olarak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İngilizcedir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Sunumun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İngilizce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yapılabilme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durumunu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belirtiniz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>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Evet    </w:t>
      </w: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Hayır</w:t>
      </w:r>
      <w:proofErr w:type="spellEnd"/>
    </w:p>
    <w:p w:rsidR="00883CAB" w:rsidRPr="00EA63D7" w:rsidRDefault="000B1A1F">
      <w:pPr>
        <w:pStyle w:val="Balk2"/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 xml:space="preserve">16.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Tahmini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Kurumsal</w:t>
      </w:r>
      <w:proofErr w:type="spellEnd"/>
      <w:r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color w:val="00B050"/>
          <w:sz w:val="24"/>
          <w:szCs w:val="24"/>
        </w:rPr>
        <w:t>İhtiyaç</w:t>
      </w:r>
      <w:proofErr w:type="spellEnd"/>
    </w:p>
    <w:p w:rsidR="00DF4865" w:rsidRPr="00EA63D7" w:rsidRDefault="00DF4865" w:rsidP="00DF4865">
      <w:pPr>
        <w:jc w:val="both"/>
        <w:rPr>
          <w:rFonts w:ascii="Times New Roman" w:hAnsi="Times New Roman"/>
          <w:i/>
        </w:rPr>
      </w:pPr>
      <w:proofErr w:type="spellStart"/>
      <w:r w:rsidRPr="00EA63D7">
        <w:rPr>
          <w:rFonts w:ascii="Times New Roman" w:hAnsi="Times New Roman"/>
          <w:i/>
        </w:rPr>
        <w:t>Çalışmanızın</w:t>
      </w:r>
      <w:proofErr w:type="spellEnd"/>
      <w:r w:rsidRPr="00EA63D7">
        <w:rPr>
          <w:rFonts w:ascii="Times New Roman" w:hAnsi="Times New Roman"/>
          <w:i/>
        </w:rPr>
        <w:t xml:space="preserve"> COP31 </w:t>
      </w:r>
      <w:proofErr w:type="spellStart"/>
      <w:r w:rsidRPr="00EA63D7">
        <w:rPr>
          <w:rFonts w:ascii="Times New Roman" w:hAnsi="Times New Roman"/>
          <w:i/>
        </w:rPr>
        <w:t>kapsamında</w:t>
      </w:r>
      <w:proofErr w:type="spellEnd"/>
      <w:r w:rsidRPr="00EA63D7">
        <w:rPr>
          <w:rFonts w:ascii="Times New Roman" w:hAnsi="Times New Roman"/>
          <w:i/>
        </w:rPr>
        <w:t xml:space="preserve"> </w:t>
      </w:r>
      <w:proofErr w:type="spellStart"/>
      <w:r w:rsidRPr="00EA63D7">
        <w:rPr>
          <w:rFonts w:ascii="Times New Roman" w:hAnsi="Times New Roman"/>
          <w:i/>
        </w:rPr>
        <w:t>sunulabilmesi</w:t>
      </w:r>
      <w:proofErr w:type="spellEnd"/>
      <w:r w:rsidRPr="00EA63D7">
        <w:rPr>
          <w:rFonts w:ascii="Times New Roman" w:hAnsi="Times New Roman"/>
          <w:i/>
        </w:rPr>
        <w:t xml:space="preserve"> </w:t>
      </w:r>
      <w:proofErr w:type="spellStart"/>
      <w:r w:rsidRPr="00EA63D7">
        <w:rPr>
          <w:rFonts w:ascii="Times New Roman" w:hAnsi="Times New Roman"/>
          <w:i/>
        </w:rPr>
        <w:t>için</w:t>
      </w:r>
      <w:proofErr w:type="spellEnd"/>
      <w:r w:rsidRPr="00EA63D7">
        <w:rPr>
          <w:rFonts w:ascii="Times New Roman" w:hAnsi="Times New Roman"/>
          <w:i/>
        </w:rPr>
        <w:t xml:space="preserve"> </w:t>
      </w:r>
      <w:proofErr w:type="spellStart"/>
      <w:r w:rsidRPr="00EA63D7">
        <w:rPr>
          <w:rFonts w:ascii="Times New Roman" w:hAnsi="Times New Roman"/>
          <w:i/>
        </w:rPr>
        <w:t>ihtiyaç</w:t>
      </w:r>
      <w:proofErr w:type="spellEnd"/>
      <w:r w:rsidRPr="00EA63D7">
        <w:rPr>
          <w:rFonts w:ascii="Times New Roman" w:hAnsi="Times New Roman"/>
          <w:i/>
        </w:rPr>
        <w:t xml:space="preserve"> </w:t>
      </w:r>
      <w:proofErr w:type="spellStart"/>
      <w:r w:rsidRPr="00EA63D7">
        <w:rPr>
          <w:rFonts w:ascii="Times New Roman" w:hAnsi="Times New Roman"/>
          <w:i/>
        </w:rPr>
        <w:t>duyulabilecek</w:t>
      </w:r>
      <w:proofErr w:type="spellEnd"/>
      <w:r w:rsidRPr="00EA63D7">
        <w:rPr>
          <w:rFonts w:ascii="Times New Roman" w:hAnsi="Times New Roman"/>
          <w:i/>
        </w:rPr>
        <w:t xml:space="preserve"> </w:t>
      </w:r>
      <w:proofErr w:type="spellStart"/>
      <w:r w:rsidRPr="00EA63D7">
        <w:rPr>
          <w:rFonts w:ascii="Times New Roman" w:hAnsi="Times New Roman"/>
          <w:i/>
        </w:rPr>
        <w:t>kurumsal</w:t>
      </w:r>
      <w:proofErr w:type="spellEnd"/>
      <w:r w:rsidRPr="00EA63D7">
        <w:rPr>
          <w:rFonts w:ascii="Times New Roman" w:hAnsi="Times New Roman"/>
          <w:i/>
        </w:rPr>
        <w:t xml:space="preserve"> </w:t>
      </w:r>
      <w:proofErr w:type="spellStart"/>
      <w:r w:rsidRPr="00EA63D7">
        <w:rPr>
          <w:rFonts w:ascii="Times New Roman" w:hAnsi="Times New Roman"/>
          <w:i/>
        </w:rPr>
        <w:t>destekleri</w:t>
      </w:r>
      <w:proofErr w:type="spellEnd"/>
      <w:r w:rsidRPr="00EA63D7">
        <w:rPr>
          <w:rFonts w:ascii="Times New Roman" w:hAnsi="Times New Roman"/>
          <w:i/>
        </w:rPr>
        <w:t xml:space="preserve"> </w:t>
      </w:r>
      <w:proofErr w:type="spellStart"/>
      <w:r w:rsidRPr="00EA63D7">
        <w:rPr>
          <w:rFonts w:ascii="Times New Roman" w:hAnsi="Times New Roman"/>
          <w:i/>
        </w:rPr>
        <w:t>belirtiniz</w:t>
      </w:r>
      <w:proofErr w:type="spellEnd"/>
      <w:r w:rsidRPr="00EA63D7">
        <w:rPr>
          <w:rFonts w:ascii="Times New Roman" w:hAnsi="Times New Roman"/>
          <w:i/>
        </w:rPr>
        <w:t xml:space="preserve">. Bu </w:t>
      </w:r>
      <w:proofErr w:type="spellStart"/>
      <w:r w:rsidRPr="00EA63D7">
        <w:rPr>
          <w:rFonts w:ascii="Times New Roman" w:hAnsi="Times New Roman"/>
          <w:i/>
        </w:rPr>
        <w:t>bilgi</w:t>
      </w:r>
      <w:proofErr w:type="spellEnd"/>
      <w:r w:rsidRPr="00EA63D7">
        <w:rPr>
          <w:rFonts w:ascii="Times New Roman" w:hAnsi="Times New Roman"/>
          <w:i/>
        </w:rPr>
        <w:t xml:space="preserve"> </w:t>
      </w:r>
      <w:proofErr w:type="spellStart"/>
      <w:r w:rsidRPr="00EA63D7">
        <w:rPr>
          <w:rFonts w:ascii="Times New Roman" w:hAnsi="Times New Roman"/>
          <w:i/>
        </w:rPr>
        <w:t>planlama</w:t>
      </w:r>
      <w:proofErr w:type="spellEnd"/>
      <w:r w:rsidRPr="00EA63D7">
        <w:rPr>
          <w:rFonts w:ascii="Times New Roman" w:hAnsi="Times New Roman"/>
          <w:i/>
        </w:rPr>
        <w:t xml:space="preserve"> </w:t>
      </w:r>
      <w:proofErr w:type="spellStart"/>
      <w:r w:rsidRPr="00EA63D7">
        <w:rPr>
          <w:rFonts w:ascii="Times New Roman" w:hAnsi="Times New Roman"/>
          <w:i/>
        </w:rPr>
        <w:t>amacıyla</w:t>
      </w:r>
      <w:proofErr w:type="spellEnd"/>
      <w:r w:rsidRPr="00EA63D7">
        <w:rPr>
          <w:rFonts w:ascii="Times New Roman" w:hAnsi="Times New Roman"/>
          <w:i/>
        </w:rPr>
        <w:t xml:space="preserve"> </w:t>
      </w:r>
      <w:proofErr w:type="spellStart"/>
      <w:r w:rsidRPr="00EA63D7">
        <w:rPr>
          <w:rFonts w:ascii="Times New Roman" w:hAnsi="Times New Roman"/>
          <w:i/>
        </w:rPr>
        <w:t>alınmakta</w:t>
      </w:r>
      <w:proofErr w:type="spellEnd"/>
      <w:r w:rsidRPr="00EA63D7">
        <w:rPr>
          <w:rFonts w:ascii="Times New Roman" w:hAnsi="Times New Roman"/>
          <w:i/>
        </w:rPr>
        <w:t xml:space="preserve"> </w:t>
      </w:r>
      <w:proofErr w:type="spellStart"/>
      <w:r w:rsidRPr="00EA63D7">
        <w:rPr>
          <w:rFonts w:ascii="Times New Roman" w:hAnsi="Times New Roman"/>
          <w:i/>
        </w:rPr>
        <w:t>olup</w:t>
      </w:r>
      <w:proofErr w:type="spellEnd"/>
      <w:r w:rsidRPr="00EA63D7">
        <w:rPr>
          <w:rFonts w:ascii="Times New Roman" w:hAnsi="Times New Roman"/>
          <w:i/>
        </w:rPr>
        <w:t xml:space="preserve"> </w:t>
      </w:r>
      <w:proofErr w:type="spellStart"/>
      <w:r w:rsidRPr="00EA63D7">
        <w:rPr>
          <w:rFonts w:ascii="Times New Roman" w:hAnsi="Times New Roman"/>
          <w:i/>
        </w:rPr>
        <w:t>herhangi</w:t>
      </w:r>
      <w:proofErr w:type="spellEnd"/>
      <w:r w:rsidRPr="00EA63D7">
        <w:rPr>
          <w:rFonts w:ascii="Times New Roman" w:hAnsi="Times New Roman"/>
          <w:i/>
        </w:rPr>
        <w:t xml:space="preserve"> </w:t>
      </w:r>
      <w:proofErr w:type="spellStart"/>
      <w:r w:rsidRPr="00EA63D7">
        <w:rPr>
          <w:rFonts w:ascii="Times New Roman" w:hAnsi="Times New Roman"/>
          <w:i/>
        </w:rPr>
        <w:t>bir</w:t>
      </w:r>
      <w:proofErr w:type="spellEnd"/>
      <w:r w:rsidRPr="00EA63D7">
        <w:rPr>
          <w:rFonts w:ascii="Times New Roman" w:hAnsi="Times New Roman"/>
          <w:i/>
        </w:rPr>
        <w:t xml:space="preserve"> </w:t>
      </w:r>
      <w:proofErr w:type="spellStart"/>
      <w:r w:rsidRPr="00EA63D7">
        <w:rPr>
          <w:rFonts w:ascii="Times New Roman" w:hAnsi="Times New Roman"/>
          <w:i/>
        </w:rPr>
        <w:t>destek</w:t>
      </w:r>
      <w:proofErr w:type="spellEnd"/>
      <w:r w:rsidRPr="00EA63D7">
        <w:rPr>
          <w:rFonts w:ascii="Times New Roman" w:hAnsi="Times New Roman"/>
          <w:i/>
        </w:rPr>
        <w:t xml:space="preserve"> </w:t>
      </w:r>
      <w:proofErr w:type="spellStart"/>
      <w:r w:rsidRPr="00EA63D7">
        <w:rPr>
          <w:rFonts w:ascii="Times New Roman" w:hAnsi="Times New Roman"/>
          <w:i/>
        </w:rPr>
        <w:t>taahhüdü</w:t>
      </w:r>
      <w:proofErr w:type="spellEnd"/>
      <w:r w:rsidRPr="00EA63D7">
        <w:rPr>
          <w:rFonts w:ascii="Times New Roman" w:hAnsi="Times New Roman"/>
          <w:i/>
        </w:rPr>
        <w:t xml:space="preserve"> </w:t>
      </w:r>
      <w:proofErr w:type="spellStart"/>
      <w:r w:rsidRPr="00EA63D7">
        <w:rPr>
          <w:rFonts w:ascii="Times New Roman" w:hAnsi="Times New Roman"/>
          <w:i/>
        </w:rPr>
        <w:t>anlamına</w:t>
      </w:r>
      <w:proofErr w:type="spellEnd"/>
      <w:r w:rsidRPr="00EA63D7">
        <w:rPr>
          <w:rFonts w:ascii="Times New Roman" w:hAnsi="Times New Roman"/>
          <w:i/>
        </w:rPr>
        <w:t xml:space="preserve"> </w:t>
      </w:r>
      <w:proofErr w:type="spellStart"/>
      <w:r w:rsidRPr="00EA63D7">
        <w:rPr>
          <w:rFonts w:ascii="Times New Roman" w:hAnsi="Times New Roman"/>
          <w:i/>
        </w:rPr>
        <w:t>gelmemektedir</w:t>
      </w:r>
      <w:proofErr w:type="spellEnd"/>
      <w:r w:rsidRPr="00EA63D7">
        <w:rPr>
          <w:rFonts w:ascii="Times New Roman" w:hAnsi="Times New Roman"/>
          <w:i/>
        </w:rPr>
        <w:t>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Ulaşım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Konaklama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Sergi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Alanı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Teknik </w:t>
      </w:r>
      <w:proofErr w:type="spellStart"/>
      <w:r w:rsidRPr="00EA63D7">
        <w:rPr>
          <w:rFonts w:ascii="Times New Roman" w:hAnsi="Times New Roman"/>
          <w:sz w:val="24"/>
          <w:szCs w:val="24"/>
        </w:rPr>
        <w:t>Ekipman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Baskı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EA63D7">
        <w:rPr>
          <w:rFonts w:ascii="Times New Roman" w:hAnsi="Times New Roman"/>
          <w:sz w:val="24"/>
          <w:szCs w:val="24"/>
        </w:rPr>
        <w:t>Tanıtım</w:t>
      </w:r>
      <w:proofErr w:type="spellEnd"/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Materyali</w:t>
      </w:r>
      <w:proofErr w:type="spellEnd"/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Segoe UI Symbol" w:hAnsi="Segoe UI Symbol" w:cs="Segoe UI Symbol"/>
          <w:sz w:val="24"/>
          <w:szCs w:val="24"/>
        </w:rPr>
        <w:t>☐</w:t>
      </w:r>
      <w:r w:rsidRPr="00EA63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sz w:val="24"/>
          <w:szCs w:val="24"/>
        </w:rPr>
        <w:t>Diğer</w:t>
      </w:r>
      <w:proofErr w:type="spellEnd"/>
      <w:r w:rsidRPr="00EA63D7">
        <w:rPr>
          <w:rFonts w:ascii="Times New Roman" w:hAnsi="Times New Roman"/>
          <w:sz w:val="24"/>
          <w:szCs w:val="24"/>
        </w:rPr>
        <w:t>: __________</w:t>
      </w:r>
    </w:p>
    <w:p w:rsidR="00ED7FBB" w:rsidRPr="00EA63D7" w:rsidRDefault="00ED7FBB">
      <w:pPr>
        <w:pStyle w:val="Balk2"/>
        <w:rPr>
          <w:rFonts w:ascii="Times New Roman" w:hAnsi="Times New Roman"/>
          <w:color w:val="00B050"/>
          <w:sz w:val="24"/>
          <w:szCs w:val="24"/>
        </w:rPr>
      </w:pPr>
    </w:p>
    <w:p w:rsidR="00883CAB" w:rsidRPr="00EA63D7" w:rsidRDefault="000B1A1F">
      <w:pPr>
        <w:pStyle w:val="Balk2"/>
        <w:rPr>
          <w:rFonts w:ascii="Times New Roman" w:hAnsi="Times New Roman"/>
          <w:color w:val="00B050"/>
          <w:sz w:val="24"/>
          <w:szCs w:val="24"/>
        </w:rPr>
      </w:pPr>
      <w:r w:rsidRPr="00EA63D7">
        <w:rPr>
          <w:rFonts w:ascii="Times New Roman" w:hAnsi="Times New Roman"/>
          <w:color w:val="00B050"/>
          <w:sz w:val="24"/>
          <w:szCs w:val="24"/>
        </w:rPr>
        <w:t xml:space="preserve">17. </w:t>
      </w:r>
      <w:proofErr w:type="spellStart"/>
      <w:r w:rsidR="00DF4865" w:rsidRPr="00EA63D7">
        <w:rPr>
          <w:rFonts w:ascii="Times New Roman" w:hAnsi="Times New Roman"/>
          <w:color w:val="00B050"/>
          <w:sz w:val="24"/>
          <w:szCs w:val="24"/>
        </w:rPr>
        <w:t>Tanıtım</w:t>
      </w:r>
      <w:proofErr w:type="spellEnd"/>
      <w:r w:rsidR="00DF4865"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="00DF4865" w:rsidRPr="00EA63D7">
        <w:rPr>
          <w:rFonts w:ascii="Times New Roman" w:hAnsi="Times New Roman"/>
          <w:color w:val="00B050"/>
          <w:sz w:val="24"/>
          <w:szCs w:val="24"/>
        </w:rPr>
        <w:t>ve</w:t>
      </w:r>
      <w:proofErr w:type="spellEnd"/>
      <w:r w:rsidR="00DF4865"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="00DF4865" w:rsidRPr="00EA63D7">
        <w:rPr>
          <w:rFonts w:ascii="Times New Roman" w:hAnsi="Times New Roman"/>
          <w:color w:val="00B050"/>
          <w:sz w:val="24"/>
          <w:szCs w:val="24"/>
        </w:rPr>
        <w:t>İlgili</w:t>
      </w:r>
      <w:proofErr w:type="spellEnd"/>
      <w:r w:rsidR="00DF4865" w:rsidRPr="00EA63D7">
        <w:rPr>
          <w:rFonts w:ascii="Times New Roman" w:hAnsi="Times New Roman"/>
          <w:color w:val="00B050"/>
          <w:sz w:val="24"/>
          <w:szCs w:val="24"/>
        </w:rPr>
        <w:t xml:space="preserve"> </w:t>
      </w:r>
      <w:proofErr w:type="spellStart"/>
      <w:r w:rsidR="00DF4865" w:rsidRPr="00EA63D7">
        <w:rPr>
          <w:rFonts w:ascii="Times New Roman" w:hAnsi="Times New Roman"/>
          <w:color w:val="00B050"/>
          <w:sz w:val="24"/>
          <w:szCs w:val="24"/>
        </w:rPr>
        <w:t>Bağlantılar</w:t>
      </w:r>
      <w:proofErr w:type="spellEnd"/>
      <w:r w:rsidR="00DF4865" w:rsidRPr="00EA63D7">
        <w:rPr>
          <w:rFonts w:ascii="Times New Roman" w:hAnsi="Times New Roman"/>
          <w:color w:val="00B050"/>
          <w:sz w:val="24"/>
          <w:szCs w:val="24"/>
        </w:rPr>
        <w:t xml:space="preserve"> (</w:t>
      </w:r>
      <w:proofErr w:type="spellStart"/>
      <w:r w:rsidR="00DF4865" w:rsidRPr="00EA63D7">
        <w:rPr>
          <w:rFonts w:ascii="Times New Roman" w:hAnsi="Times New Roman"/>
          <w:color w:val="00B050"/>
          <w:sz w:val="24"/>
          <w:szCs w:val="24"/>
        </w:rPr>
        <w:t>Varsa</w:t>
      </w:r>
      <w:proofErr w:type="spellEnd"/>
      <w:r w:rsidR="00DF4865" w:rsidRPr="00EA63D7">
        <w:rPr>
          <w:rFonts w:ascii="Times New Roman" w:hAnsi="Times New Roman"/>
          <w:color w:val="00B050"/>
          <w:sz w:val="24"/>
          <w:szCs w:val="24"/>
        </w:rPr>
        <w:t>)</w:t>
      </w:r>
    </w:p>
    <w:p w:rsidR="00DF4865" w:rsidRPr="00EA63D7" w:rsidRDefault="00DF4865" w:rsidP="00DF4865">
      <w:pPr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EA63D7">
        <w:rPr>
          <w:rFonts w:ascii="Times New Roman" w:hAnsi="Times New Roman"/>
          <w:i/>
          <w:sz w:val="24"/>
          <w:szCs w:val="24"/>
        </w:rPr>
        <w:t>Çalışmaya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ilişkin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web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sayfası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proje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sayfası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makale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rapor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, video,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yazılım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deposu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(GitHub vb.),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tanıtım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materyali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veya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diğer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ilgili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bağlantıları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 (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varsa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 xml:space="preserve">) </w:t>
      </w:r>
      <w:proofErr w:type="spellStart"/>
      <w:r w:rsidRPr="00EA63D7">
        <w:rPr>
          <w:rFonts w:ascii="Times New Roman" w:hAnsi="Times New Roman"/>
          <w:i/>
          <w:sz w:val="24"/>
          <w:szCs w:val="24"/>
        </w:rPr>
        <w:t>belirtiniz</w:t>
      </w:r>
      <w:proofErr w:type="spellEnd"/>
      <w:r w:rsidRPr="00EA63D7">
        <w:rPr>
          <w:rFonts w:ascii="Times New Roman" w:hAnsi="Times New Roman"/>
          <w:i/>
          <w:sz w:val="24"/>
          <w:szCs w:val="24"/>
        </w:rPr>
        <w:t>.</w:t>
      </w:r>
    </w:p>
    <w:p w:rsidR="00883CAB" w:rsidRPr="00EA63D7" w:rsidRDefault="000B1A1F">
      <w:pPr>
        <w:rPr>
          <w:rFonts w:ascii="Times New Roman" w:hAnsi="Times New Roman"/>
          <w:sz w:val="24"/>
          <w:szCs w:val="24"/>
        </w:rPr>
      </w:pPr>
      <w:r w:rsidRPr="00EA63D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</w:p>
    <w:sectPr w:rsidR="00883CAB" w:rsidRPr="00EA63D7" w:rsidSect="00DF4865">
      <w:headerReference w:type="default" r:id="rId8"/>
      <w:footerReference w:type="default" r:id="rId9"/>
      <w:pgSz w:w="12240" w:h="15840"/>
      <w:pgMar w:top="1440" w:right="1800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3011" w:rsidRDefault="00523011" w:rsidP="00DF4865">
      <w:pPr>
        <w:spacing w:after="0" w:line="240" w:lineRule="auto"/>
      </w:pPr>
      <w:r>
        <w:separator/>
      </w:r>
    </w:p>
  </w:endnote>
  <w:endnote w:type="continuationSeparator" w:id="0">
    <w:p w:rsidR="00523011" w:rsidRDefault="00523011" w:rsidP="00DF4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083" w:rsidRPr="00EA63D7" w:rsidRDefault="00757083" w:rsidP="00757083">
    <w:pPr>
      <w:pStyle w:val="NormalWeb"/>
      <w:spacing w:before="0" w:beforeAutospacing="0" w:after="0" w:afterAutospacing="0" w:line="360" w:lineRule="auto"/>
      <w:jc w:val="center"/>
      <w:rPr>
        <w:rStyle w:val="Gl"/>
        <w:rFonts w:eastAsia="MS Gothic"/>
        <w:color w:val="00B050"/>
      </w:rPr>
    </w:pPr>
    <w:r w:rsidRPr="00EA63D7">
      <w:rPr>
        <w:rStyle w:val="Gl"/>
        <w:rFonts w:eastAsia="MS Gothic"/>
        <w:color w:val="00B050"/>
      </w:rPr>
      <w:t xml:space="preserve">Sürdürülebilir Yeşil Kampüs Koordinatörlüğü </w:t>
    </w:r>
  </w:p>
  <w:p w:rsidR="00757083" w:rsidRPr="00DF4865" w:rsidRDefault="00523011" w:rsidP="00757083">
    <w:pPr>
      <w:pStyle w:val="NormalWeb"/>
      <w:spacing w:before="0" w:beforeAutospacing="0" w:after="0" w:afterAutospacing="0" w:line="360" w:lineRule="auto"/>
      <w:jc w:val="center"/>
      <w:rPr>
        <w:color w:val="00B050"/>
        <w:sz w:val="28"/>
        <w:szCs w:val="28"/>
      </w:rPr>
    </w:pPr>
    <w:hyperlink r:id="rId1" w:history="1">
      <w:r w:rsidR="00757083" w:rsidRPr="0023174A">
        <w:rPr>
          <w:rStyle w:val="Kpr"/>
        </w:rPr>
        <w:t>sykk@mu.edu.tr</w:t>
      </w:r>
    </w:hyperlink>
  </w:p>
  <w:p w:rsidR="00DF4865" w:rsidRPr="00757083" w:rsidRDefault="00DF4865" w:rsidP="0075708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3011" w:rsidRDefault="00523011" w:rsidP="00DF4865">
      <w:pPr>
        <w:spacing w:after="0" w:line="240" w:lineRule="auto"/>
      </w:pPr>
      <w:r>
        <w:separator/>
      </w:r>
    </w:p>
  </w:footnote>
  <w:footnote w:type="continuationSeparator" w:id="0">
    <w:p w:rsidR="00523011" w:rsidRDefault="00523011" w:rsidP="00DF4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4865" w:rsidRDefault="0065510A" w:rsidP="00757083">
    <w:pPr>
      <w:pStyle w:val="stBilgi"/>
      <w:ind w:left="-426"/>
    </w:pPr>
    <w:r w:rsidRPr="004C0CA4">
      <w:rPr>
        <w:noProof/>
      </w:rPr>
      <w:drawing>
        <wp:inline distT="0" distB="0" distL="0" distR="0">
          <wp:extent cx="655320" cy="1066800"/>
          <wp:effectExtent l="0" t="0" r="0" b="0"/>
          <wp:docPr id="2" name="Resim 4" descr="Üniversite Logos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 descr="Üniversite Logos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57083">
      <w:t xml:space="preserve"> </w:t>
    </w:r>
    <w:r>
      <w:rPr>
        <w:noProof/>
      </w:rPr>
      <mc:AlternateContent>
        <mc:Choice Requires="wps">
          <w:drawing>
            <wp:inline distT="0" distB="0" distL="0" distR="0">
              <wp:extent cx="304800" cy="304800"/>
              <wp:effectExtent l="0" t="0" r="0" b="0"/>
              <wp:docPr id="1" name="Dikdörtgen 1" descr="https://mail.mu.edu.tr/owa/service.svc/s/GetPersonaPhoto?email=sykk%40mu.edu.tr&amp;UA=0&amp;size=HR96x96&amp;sc=178488127689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FB036BB" id="Dikdörtgen 1" o:spid="_x0000_s1026" alt="https://mail.mu.edu.tr/owa/service.svc/s/GetPersonaPhoto?email=sykk%40mu.edu.tr&amp;UA=0&amp;size=HR96x96&amp;sc=178488127689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Ao5ldTFQMAAEAGAAAOAAAAAAAAAAAAAAAAAC4CAABkcnMv&#10;ZTJvRG9jLnhtbFBLAQItABQABgAIAAAAIQBMoOks2AAAAAMBAAAPAAAAAAAAAAAAAAAAAG8FAABk&#10;cnMvZG93bnJldi54bWxQSwUGAAAAAAQABADzAAAAdAYAAAAA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BF779C"/>
    <w:multiLevelType w:val="multilevel"/>
    <w:tmpl w:val="CAA0E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765132"/>
    <w:multiLevelType w:val="multilevel"/>
    <w:tmpl w:val="83B8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7E32E8"/>
    <w:multiLevelType w:val="multilevel"/>
    <w:tmpl w:val="4EC43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A35473"/>
    <w:multiLevelType w:val="multilevel"/>
    <w:tmpl w:val="047C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1A1F"/>
    <w:rsid w:val="0015074B"/>
    <w:rsid w:val="0029639D"/>
    <w:rsid w:val="00326F90"/>
    <w:rsid w:val="00523011"/>
    <w:rsid w:val="0065510A"/>
    <w:rsid w:val="00757083"/>
    <w:rsid w:val="00835BAF"/>
    <w:rsid w:val="00883CAB"/>
    <w:rsid w:val="00AA1D8D"/>
    <w:rsid w:val="00B47730"/>
    <w:rsid w:val="00B95B71"/>
    <w:rsid w:val="00B96A72"/>
    <w:rsid w:val="00CB0664"/>
    <w:rsid w:val="00DF4865"/>
    <w:rsid w:val="00E61D3D"/>
    <w:rsid w:val="00EA63D7"/>
    <w:rsid w:val="00ED7FBB"/>
    <w:rsid w:val="00F116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F488EFF0-2F21-436E-A4D1-7FEB618F5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200" w:line="276" w:lineRule="auto"/>
    </w:pPr>
    <w:rPr>
      <w:sz w:val="22"/>
      <w:szCs w:val="22"/>
      <w:lang w:val="en-US"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rPr>
      <w:sz w:val="22"/>
      <w:szCs w:val="22"/>
      <w:lang w:val="en-US" w:eastAsia="en-US"/>
    </w:rPr>
  </w:style>
  <w:style w:type="character" w:customStyle="1" w:styleId="Balk1Char">
    <w:name w:val="Başlık 1 Char"/>
    <w:link w:val="Balk1"/>
    <w:uiPriority w:val="9"/>
    <w:rsid w:val="00FC693F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Balk2Char">
    <w:name w:val="Başlık 2 Char"/>
    <w:link w:val="Balk2"/>
    <w:uiPriority w:val="9"/>
    <w:rsid w:val="00FC693F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Balk3Char">
    <w:name w:val="Başlık 3 Char"/>
    <w:link w:val="Balk3"/>
    <w:uiPriority w:val="9"/>
    <w:rsid w:val="00FC693F"/>
    <w:rPr>
      <w:rFonts w:ascii="Calibri" w:eastAsia="MS Gothic" w:hAnsi="Calibri" w:cs="Times New Roman"/>
      <w:b/>
      <w:bCs/>
      <w:color w:val="4F81BD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KonuBalChar">
    <w:name w:val="Konu Başlığı Char"/>
    <w:link w:val="KonuBal"/>
    <w:uiPriority w:val="10"/>
    <w:rsid w:val="00FC693F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  <w:szCs w:val="24"/>
    </w:rPr>
  </w:style>
  <w:style w:type="character" w:customStyle="1" w:styleId="AltyazChar">
    <w:name w:val="Altyazı Char"/>
    <w:link w:val="Altyaz"/>
    <w:uiPriority w:val="11"/>
    <w:rsid w:val="00FC693F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customStyle="1" w:styleId="MakroMetniChar">
    <w:name w:val="Makro Metni Char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/>
    </w:rPr>
  </w:style>
  <w:style w:type="character" w:customStyle="1" w:styleId="AlntChar">
    <w:name w:val="Alıntı Char"/>
    <w:link w:val="Alnt"/>
    <w:uiPriority w:val="29"/>
    <w:rsid w:val="00FC693F"/>
    <w:rPr>
      <w:i/>
      <w:iCs/>
      <w:color w:val="000000"/>
    </w:rPr>
  </w:style>
  <w:style w:type="character" w:customStyle="1" w:styleId="Balk4Char">
    <w:name w:val="Başlık 4 Char"/>
    <w:link w:val="Balk4"/>
    <w:uiPriority w:val="9"/>
    <w:semiHidden/>
    <w:rsid w:val="00FC693F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Balk5Char">
    <w:name w:val="Başlık 5 Char"/>
    <w:link w:val="Balk5"/>
    <w:uiPriority w:val="9"/>
    <w:semiHidden/>
    <w:rsid w:val="00FC693F"/>
    <w:rPr>
      <w:rFonts w:ascii="Calibri" w:eastAsia="MS Gothic" w:hAnsi="Calibri" w:cs="Times New Roman"/>
      <w:color w:val="243F60"/>
    </w:rPr>
  </w:style>
  <w:style w:type="character" w:customStyle="1" w:styleId="Balk6Char">
    <w:name w:val="Başlık 6 Char"/>
    <w:link w:val="Balk6"/>
    <w:uiPriority w:val="9"/>
    <w:semiHidden/>
    <w:rsid w:val="00FC693F"/>
    <w:rPr>
      <w:rFonts w:ascii="Calibri" w:eastAsia="MS Gothic" w:hAnsi="Calibri" w:cs="Times New Roman"/>
      <w:i/>
      <w:iCs/>
      <w:color w:val="243F60"/>
    </w:rPr>
  </w:style>
  <w:style w:type="character" w:customStyle="1" w:styleId="Balk7Char">
    <w:name w:val="Başlık 7 Char"/>
    <w:link w:val="Balk7"/>
    <w:uiPriority w:val="9"/>
    <w:semiHidden/>
    <w:rsid w:val="00FC693F"/>
    <w:rPr>
      <w:rFonts w:ascii="Calibri" w:eastAsia="MS Gothic" w:hAnsi="Calibri" w:cs="Times New Roman"/>
      <w:i/>
      <w:iCs/>
      <w:color w:val="404040"/>
    </w:rPr>
  </w:style>
  <w:style w:type="character" w:customStyle="1" w:styleId="Balk8Char">
    <w:name w:val="Başlık 8 Char"/>
    <w:link w:val="Balk8"/>
    <w:uiPriority w:val="9"/>
    <w:semiHidden/>
    <w:rsid w:val="00FC693F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Balk9Char">
    <w:name w:val="Başlık 9 Char"/>
    <w:link w:val="Balk9"/>
    <w:uiPriority w:val="9"/>
    <w:semiHidden/>
    <w:rsid w:val="00FC693F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Gl">
    <w:name w:val="Strong"/>
    <w:uiPriority w:val="22"/>
    <w:qFormat/>
    <w:rsid w:val="00FC693F"/>
    <w:rPr>
      <w:b/>
      <w:bCs/>
    </w:rPr>
  </w:style>
  <w:style w:type="character" w:styleId="Vurgu">
    <w:name w:val="Emphasis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GlAlntChar">
    <w:name w:val="Güçlü Alıntı Char"/>
    <w:link w:val="GlAlnt"/>
    <w:uiPriority w:val="30"/>
    <w:rsid w:val="00FC693F"/>
    <w:rPr>
      <w:b/>
      <w:bCs/>
      <w:i/>
      <w:iCs/>
      <w:color w:val="4F81BD"/>
    </w:rPr>
  </w:style>
  <w:style w:type="character" w:styleId="HafifVurgulama">
    <w:name w:val="Subtle Emphasis"/>
    <w:uiPriority w:val="19"/>
    <w:qFormat/>
    <w:rsid w:val="00FC693F"/>
    <w:rPr>
      <w:i/>
      <w:iCs/>
      <w:color w:val="808080"/>
    </w:rPr>
  </w:style>
  <w:style w:type="character" w:styleId="GlVurgulama">
    <w:name w:val="Intense Emphasis"/>
    <w:uiPriority w:val="21"/>
    <w:qFormat/>
    <w:rsid w:val="00FC693F"/>
    <w:rPr>
      <w:b/>
      <w:bCs/>
      <w:i/>
      <w:iCs/>
      <w:color w:val="4F81BD"/>
    </w:rPr>
  </w:style>
  <w:style w:type="character" w:styleId="HafifBavuru">
    <w:name w:val="Subtle Reference"/>
    <w:uiPriority w:val="31"/>
    <w:qFormat/>
    <w:rsid w:val="00FC693F"/>
    <w:rPr>
      <w:smallCaps/>
      <w:color w:val="C0504D"/>
      <w:u w:val="single"/>
    </w:rPr>
  </w:style>
  <w:style w:type="character" w:styleId="GlBavuru">
    <w:name w:val="Intense Reference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KitapBal">
    <w:name w:val="Book Title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AkGlgeleme-Vurgu1">
    <w:name w:val="Light Shading Accent 1"/>
    <w:basedOn w:val="NormalTablo"/>
    <w:uiPriority w:val="60"/>
    <w:rsid w:val="00FC693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AkGlgeleme-Vurgu2">
    <w:name w:val="Light Shading Accent 2"/>
    <w:basedOn w:val="NormalTablo"/>
    <w:uiPriority w:val="60"/>
    <w:rsid w:val="00FC693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AkGlgeleme-Vurgu3">
    <w:name w:val="Light Shading Accent 3"/>
    <w:basedOn w:val="NormalTablo"/>
    <w:uiPriority w:val="60"/>
    <w:rsid w:val="00FC693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AkGlgeleme-Vurgu4">
    <w:name w:val="Light Shading Accent 4"/>
    <w:basedOn w:val="NormalTablo"/>
    <w:uiPriority w:val="60"/>
    <w:rsid w:val="00FC693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AkGlgeleme-Vurgu5">
    <w:name w:val="Light Shading Accent 5"/>
    <w:basedOn w:val="NormalTablo"/>
    <w:uiPriority w:val="60"/>
    <w:rsid w:val="00FC693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AkGlgeleme-Vurgu6">
    <w:name w:val="Light Shading Accent 6"/>
    <w:basedOn w:val="NormalTablo"/>
    <w:uiPriority w:val="60"/>
    <w:rsid w:val="00FC693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kListe">
    <w:name w:val="Light List"/>
    <w:basedOn w:val="NormalTablo"/>
    <w:uiPriority w:val="61"/>
    <w:rsid w:val="00FC693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AkListe-Vurgu1">
    <w:name w:val="Light List Accent 1"/>
    <w:basedOn w:val="NormalTablo"/>
    <w:uiPriority w:val="61"/>
    <w:rsid w:val="00FC693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AkListe-Vurgu2">
    <w:name w:val="Light List Accent 2"/>
    <w:basedOn w:val="NormalTablo"/>
    <w:uiPriority w:val="61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AkListe-Vurgu3">
    <w:name w:val="Light List Accent 3"/>
    <w:basedOn w:val="NormalTablo"/>
    <w:uiPriority w:val="61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AkListe-Vurgu4">
    <w:name w:val="Light List Accent 4"/>
    <w:basedOn w:val="NormalTablo"/>
    <w:uiPriority w:val="61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AkListe-Vurgu5">
    <w:name w:val="Light List Accent 5"/>
    <w:basedOn w:val="NormalTablo"/>
    <w:uiPriority w:val="61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AkListe-Vurgu6">
    <w:name w:val="Light List Accent 6"/>
    <w:basedOn w:val="NormalTablo"/>
    <w:uiPriority w:val="61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kKlavuz">
    <w:name w:val="Light Grid"/>
    <w:basedOn w:val="NormalTablo"/>
    <w:uiPriority w:val="62"/>
    <w:rsid w:val="00CB066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AkKlavuz-Vurgu1">
    <w:name w:val="Light Grid Accent 1"/>
    <w:basedOn w:val="NormalTablo"/>
    <w:uiPriority w:val="62"/>
    <w:rsid w:val="00CB066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AkKlavuz-Vurgu2">
    <w:name w:val="Light Grid Accent 2"/>
    <w:basedOn w:val="NormalTablo"/>
    <w:uiPriority w:val="62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AkKlavuz-Vurgu3">
    <w:name w:val="Light Grid Accent 3"/>
    <w:basedOn w:val="NormalTablo"/>
    <w:uiPriority w:val="62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AkKlavuz-Vurgu4">
    <w:name w:val="Light Grid Accent 4"/>
    <w:basedOn w:val="NormalTablo"/>
    <w:uiPriority w:val="62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AkKlavuz-Vurgu5">
    <w:name w:val="Light Grid Accent 5"/>
    <w:basedOn w:val="NormalTablo"/>
    <w:uiPriority w:val="62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AkKlavuz-Vurgu6">
    <w:name w:val="Light Grid Accent 6"/>
    <w:basedOn w:val="NormalTablo"/>
    <w:uiPriority w:val="62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OrtaGlgeleme1">
    <w:name w:val="Medium Shading 1"/>
    <w:basedOn w:val="NormalTablo"/>
    <w:uiPriority w:val="63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OrtaListe1-Vurgu1">
    <w:name w:val="Medium List 1 Accent 1"/>
    <w:basedOn w:val="NormalTablo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OrtaListe1-Vurgu2">
    <w:name w:val="Medium List 1 Accent 2"/>
    <w:basedOn w:val="NormalTablo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OrtaListe1-Vurgu3">
    <w:name w:val="Medium List 1 Accent 3"/>
    <w:basedOn w:val="NormalTablo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OrtaListe1-Vurgu4">
    <w:name w:val="Medium List 1 Accent 4"/>
    <w:basedOn w:val="NormalTablo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OrtaListe1-Vurgu5">
    <w:name w:val="Medium List 1 Accent 5"/>
    <w:basedOn w:val="NormalTablo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OrtaListe1-Vurgu6">
    <w:name w:val="Medium List 1 Accent 6"/>
    <w:basedOn w:val="NormalTablo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OrtaListe2">
    <w:name w:val="Medium List 2"/>
    <w:basedOn w:val="NormalTablo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OrtaKlavuz1-Vurgu1">
    <w:name w:val="Medium Grid 1 Accent 1"/>
    <w:basedOn w:val="NormalTablo"/>
    <w:uiPriority w:val="67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OrtaKlavuz1-Vurgu2">
    <w:name w:val="Medium Grid 1 Accent 2"/>
    <w:basedOn w:val="NormalTablo"/>
    <w:uiPriority w:val="67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OrtaKlavuz1-Vurgu3">
    <w:name w:val="Medium Grid 1 Accent 3"/>
    <w:basedOn w:val="NormalTablo"/>
    <w:uiPriority w:val="67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OrtaKlavuz1-Vurgu4">
    <w:name w:val="Medium Grid 1 Accent 4"/>
    <w:basedOn w:val="NormalTablo"/>
    <w:uiPriority w:val="67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OrtaKlavuz1-Vurgu5">
    <w:name w:val="Medium Grid 1 Accent 5"/>
    <w:basedOn w:val="NormalTablo"/>
    <w:uiPriority w:val="67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OrtaKlavuz1-Vurgu6">
    <w:name w:val="Medium Grid 1 Accent 6"/>
    <w:basedOn w:val="NormalTablo"/>
    <w:uiPriority w:val="67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OrtaKlavuz2">
    <w:name w:val="Medium Grid 2"/>
    <w:basedOn w:val="NormalTablo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OrtaKlavuz2-Vurgu1">
    <w:name w:val="Medium Grid 2 Accent 1"/>
    <w:basedOn w:val="NormalTablo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OrtaKlavuz2-Vurgu2">
    <w:name w:val="Medium Grid 2 Accent 2"/>
    <w:basedOn w:val="NormalTablo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OrtaKlavuz2-Vurgu3">
    <w:name w:val="Medium Grid 2 Accent 3"/>
    <w:basedOn w:val="NormalTablo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OrtaKlavuz2-Vurgu4">
    <w:name w:val="Medium Grid 2 Accent 4"/>
    <w:basedOn w:val="NormalTablo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OrtaKlavuz2-Vurgu5">
    <w:name w:val="Medium Grid 2 Accent 5"/>
    <w:basedOn w:val="NormalTablo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OrtaKlavuz2-Vurgu6">
    <w:name w:val="Medium Grid 2 Accent 6"/>
    <w:basedOn w:val="NormalTablo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OrtaKlavuz3">
    <w:name w:val="Medium Grid 3"/>
    <w:basedOn w:val="NormalTablo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OrtaKlavuz3-Vurgu1">
    <w:name w:val="Medium Grid 3 Accent 1"/>
    <w:basedOn w:val="NormalTablo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OrtaKlavuz3-Vurgu2">
    <w:name w:val="Medium Grid 3 Accent 2"/>
    <w:basedOn w:val="NormalTablo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OrtaKlavuz3-Vurgu3">
    <w:name w:val="Medium Grid 3 Accent 3"/>
    <w:basedOn w:val="NormalTablo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OrtaKlavuz3-Vurgu4">
    <w:name w:val="Medium Grid 3 Accent 4"/>
    <w:basedOn w:val="NormalTablo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OrtaKlavuz3-Vurgu5">
    <w:name w:val="Medium Grid 3 Accent 5"/>
    <w:basedOn w:val="NormalTablo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OrtaKlavuz3-Vurgu6">
    <w:name w:val="Medium Grid 3 Accent 6"/>
    <w:basedOn w:val="NormalTablo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KoyuListe">
    <w:name w:val="Dark List"/>
    <w:basedOn w:val="NormalTablo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KoyuListe-Vurgu1">
    <w:name w:val="Dark List Accent 1"/>
    <w:basedOn w:val="NormalTablo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KoyuListe-Vurgu2">
    <w:name w:val="Dark List Accent 2"/>
    <w:basedOn w:val="NormalTablo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KoyuListe-Vurgu3">
    <w:name w:val="Dark List Accent 3"/>
    <w:basedOn w:val="NormalTablo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KoyuListe-Vurgu4">
    <w:name w:val="Dark List Accent 4"/>
    <w:basedOn w:val="NormalTablo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KoyuListe-Vurgu5">
    <w:name w:val="Dark List Accent 5"/>
    <w:basedOn w:val="NormalTablo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KoyuListe-Vurgu6">
    <w:name w:val="Dark List Accent 6"/>
    <w:basedOn w:val="NormalTablo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RenkliGlgeleme">
    <w:name w:val="Colorful Shading"/>
    <w:basedOn w:val="NormalTablo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RenkliGlgeleme-Vurgu1">
    <w:name w:val="Colorful Shading Accent 1"/>
    <w:basedOn w:val="NormalTablo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RenkliGlgeleme-Vurgu2">
    <w:name w:val="Colorful Shading Accent 2"/>
    <w:basedOn w:val="NormalTablo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RenkliGlgeleme-Vurgu3">
    <w:name w:val="Colorful Shading Accent 3"/>
    <w:basedOn w:val="NormalTablo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RenkliGlgeleme-Vurgu4">
    <w:name w:val="Colorful Shading Accent 4"/>
    <w:basedOn w:val="NormalTablo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RenkliGlgeleme-Vurgu5">
    <w:name w:val="Colorful Shading Accent 5"/>
    <w:basedOn w:val="NormalTablo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RenkliGlgeleme-Vurgu6">
    <w:name w:val="Colorful Shading Accent 6"/>
    <w:basedOn w:val="NormalTablo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RenkliListe">
    <w:name w:val="Colorful List"/>
    <w:basedOn w:val="NormalTablo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RenkliListe-Vurgu1">
    <w:name w:val="Colorful List Accent 1"/>
    <w:basedOn w:val="NormalTablo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RenkliListe-Vurgu2">
    <w:name w:val="Colorful List Accent 2"/>
    <w:basedOn w:val="NormalTablo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RenkliListe-Vurgu3">
    <w:name w:val="Colorful List Accent 3"/>
    <w:basedOn w:val="NormalTablo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RenkliListe-Vurgu4">
    <w:name w:val="Colorful List Accent 4"/>
    <w:basedOn w:val="NormalTablo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RenkliListe-Vurgu5">
    <w:name w:val="Colorful List Accent 5"/>
    <w:basedOn w:val="NormalTablo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RenkliListe-Vurgu6">
    <w:name w:val="Colorful List Accent 6"/>
    <w:basedOn w:val="NormalTablo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RenkliKlavuz">
    <w:name w:val="Colorful Grid"/>
    <w:basedOn w:val="NormalTablo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RenkliKlavuz-Vurgu1">
    <w:name w:val="Colorful Grid Accent 1"/>
    <w:basedOn w:val="NormalTablo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RenkliKlavuz-Vurgu2">
    <w:name w:val="Colorful Grid Accent 2"/>
    <w:basedOn w:val="NormalTablo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RenkliKlavuz-Vurgu3">
    <w:name w:val="Colorful Grid Accent 3"/>
    <w:basedOn w:val="NormalTablo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RenkliKlavuz-Vurgu4">
    <w:name w:val="Colorful Grid Accent 4"/>
    <w:basedOn w:val="NormalTablo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RenkliKlavuz-Vurgu5">
    <w:name w:val="Colorful Grid Accent 5"/>
    <w:basedOn w:val="NormalTablo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RenkliKlavuz-Vurgu6">
    <w:name w:val="Colorful Grid Accent 6"/>
    <w:basedOn w:val="NormalTablo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NormalWeb">
    <w:name w:val="Normal (Web)"/>
    <w:basedOn w:val="Normal"/>
    <w:uiPriority w:val="99"/>
    <w:semiHidden/>
    <w:unhideWhenUsed/>
    <w:rsid w:val="00DF48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tr-TR" w:eastAsia="tr-TR"/>
    </w:rPr>
  </w:style>
  <w:style w:type="character" w:styleId="Kpr">
    <w:name w:val="Hyperlink"/>
    <w:uiPriority w:val="99"/>
    <w:unhideWhenUsed/>
    <w:rsid w:val="00757083"/>
    <w:rPr>
      <w:color w:val="0000FF"/>
      <w:u w:val="single"/>
    </w:rPr>
  </w:style>
  <w:style w:type="character" w:styleId="zmlenmeyenBahsetme">
    <w:name w:val="Unresolved Mention"/>
    <w:uiPriority w:val="99"/>
    <w:semiHidden/>
    <w:unhideWhenUsed/>
    <w:rsid w:val="007570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83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ykk@m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A5A2B4-3ED2-4EC3-B08E-B624D1F0C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940</Words>
  <Characters>5364</Characters>
  <Application>Microsoft Office Word</Application>
  <DocSecurity>0</DocSecurity>
  <Lines>44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6292</CharactersWithSpaces>
  <SharedDoc>false</SharedDoc>
  <HyperlinkBase/>
  <HLinks>
    <vt:vector size="6" baseType="variant">
      <vt:variant>
        <vt:i4>2818129</vt:i4>
      </vt:variant>
      <vt:variant>
        <vt:i4>3</vt:i4>
      </vt:variant>
      <vt:variant>
        <vt:i4>0</vt:i4>
      </vt:variant>
      <vt:variant>
        <vt:i4>5</vt:i4>
      </vt:variant>
      <vt:variant>
        <vt:lpwstr>mailto:sykk@mu.edu.tr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dcterms:created xsi:type="dcterms:W3CDTF">2026-07-24T08:41:00Z</dcterms:created>
  <dcterms:modified xsi:type="dcterms:W3CDTF">2026-07-24T08:41:00Z</dcterms:modified>
  <cp:category/>
</cp:coreProperties>
</file>